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6118" w:rsidRPr="00F26118" w:rsidRDefault="00F910F4" w:rsidP="00F26118">
      <w:pPr>
        <w:pStyle w:val="Heading1"/>
        <w:jc w:val="center"/>
        <w:rPr>
          <w:color w:val="0070C0"/>
          <w:sz w:val="36"/>
          <w:szCs w:val="36"/>
        </w:rPr>
      </w:pPr>
      <w:proofErr w:type="spellStart"/>
      <w:r w:rsidRPr="00F910F4">
        <w:rPr>
          <w:color w:val="0070C0"/>
          <w:sz w:val="36"/>
          <w:szCs w:val="36"/>
        </w:rPr>
        <w:t>Sadipura</w:t>
      </w:r>
      <w:proofErr w:type="spellEnd"/>
      <w:r w:rsidRPr="00F910F4">
        <w:rPr>
          <w:color w:val="0070C0"/>
          <w:sz w:val="36"/>
          <w:szCs w:val="36"/>
        </w:rPr>
        <w:t xml:space="preserve"> </w:t>
      </w:r>
      <w:r w:rsidR="00FC05ED" w:rsidRPr="00F910F4">
        <w:rPr>
          <w:color w:val="0070C0"/>
          <w:sz w:val="36"/>
          <w:szCs w:val="36"/>
        </w:rPr>
        <w:t>Social Welfare Association</w:t>
      </w:r>
    </w:p>
    <w:p w:rsidR="00BD4A05" w:rsidRDefault="00F26118" w:rsidP="00F26118">
      <w:pPr>
        <w:jc w:val="center"/>
      </w:pPr>
      <w:r>
        <w:t>“</w:t>
      </w:r>
      <w:r w:rsidRPr="00F26118">
        <w:t>Together, we rise for a better tomorrow</w:t>
      </w:r>
      <w:r>
        <w:t>”</w:t>
      </w:r>
      <w:bookmarkStart w:id="0" w:name="_GoBack"/>
      <w:bookmarkEnd w:id="0"/>
    </w:p>
    <w:p w:rsidR="00BD4A05" w:rsidRPr="00BD4A05" w:rsidRDefault="00BD4A05" w:rsidP="00BD4A05"/>
    <w:p w:rsidR="00141264" w:rsidRPr="00F910F4" w:rsidRDefault="00FC05ED" w:rsidP="00926AB7">
      <w:pPr>
        <w:pStyle w:val="Heading1"/>
        <w:jc w:val="center"/>
        <w:rPr>
          <w:color w:val="0070C0"/>
          <w:sz w:val="36"/>
          <w:szCs w:val="36"/>
        </w:rPr>
      </w:pPr>
      <w:r>
        <w:t>Membership Form</w:t>
      </w:r>
    </w:p>
    <w:p w:rsidR="00F910F4" w:rsidRPr="00F910F4" w:rsidRDefault="00F910F4" w:rsidP="00F910F4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41264">
        <w:tc>
          <w:tcPr>
            <w:tcW w:w="4320" w:type="dxa"/>
          </w:tcPr>
          <w:p w:rsidR="00141264" w:rsidRPr="00F26118" w:rsidRDefault="00FC05ED">
            <w:pPr>
              <w:rPr>
                <w:b/>
                <w:bCs/>
              </w:rPr>
            </w:pPr>
            <w:r w:rsidRPr="00F26118">
              <w:rPr>
                <w:b/>
                <w:bCs/>
              </w:rPr>
              <w:t>1. Personal Information</w:t>
            </w:r>
          </w:p>
        </w:tc>
        <w:tc>
          <w:tcPr>
            <w:tcW w:w="4320" w:type="dxa"/>
          </w:tcPr>
          <w:p w:rsidR="00141264" w:rsidRDefault="00141264"/>
        </w:tc>
      </w:tr>
      <w:tr w:rsidR="00141264">
        <w:tc>
          <w:tcPr>
            <w:tcW w:w="4320" w:type="dxa"/>
          </w:tcPr>
          <w:p w:rsidR="00141264" w:rsidRDefault="00FC05ED">
            <w:r>
              <w:t>Full Name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Father’s / Husband’s Name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Date of Birth</w:t>
            </w:r>
          </w:p>
        </w:tc>
        <w:tc>
          <w:tcPr>
            <w:tcW w:w="4320" w:type="dxa"/>
          </w:tcPr>
          <w:p w:rsidR="00141264" w:rsidRDefault="00FC05ED">
            <w:r>
              <w:t>____ / ____ / 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Gender</w:t>
            </w:r>
          </w:p>
        </w:tc>
        <w:tc>
          <w:tcPr>
            <w:tcW w:w="4320" w:type="dxa"/>
          </w:tcPr>
          <w:p w:rsidR="00141264" w:rsidRDefault="00FC05ED">
            <w:r>
              <w:t>☐ Male   ☐ Female   ☐ Other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National ID / Passport No.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Contact Number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Email Address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Residential Address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  <w:r>
              <w:br/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Occupation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141264"/>
          <w:p w:rsidR="00BD4A05" w:rsidRDefault="00BD4A05"/>
        </w:tc>
        <w:tc>
          <w:tcPr>
            <w:tcW w:w="4320" w:type="dxa"/>
          </w:tcPr>
          <w:p w:rsidR="00141264" w:rsidRDefault="00141264"/>
        </w:tc>
      </w:tr>
    </w:tbl>
    <w:p w:rsidR="00141264" w:rsidRDefault="00141264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41264">
        <w:tc>
          <w:tcPr>
            <w:tcW w:w="4320" w:type="dxa"/>
          </w:tcPr>
          <w:p w:rsidR="00141264" w:rsidRPr="00F26118" w:rsidRDefault="00FC05ED">
            <w:pPr>
              <w:rPr>
                <w:b/>
                <w:bCs/>
              </w:rPr>
            </w:pPr>
            <w:r w:rsidRPr="00F26118">
              <w:rPr>
                <w:b/>
                <w:bCs/>
              </w:rPr>
              <w:t>2. Membership Details</w:t>
            </w:r>
          </w:p>
        </w:tc>
        <w:tc>
          <w:tcPr>
            <w:tcW w:w="4320" w:type="dxa"/>
          </w:tcPr>
          <w:p w:rsidR="00141264" w:rsidRDefault="00141264"/>
        </w:tc>
      </w:tr>
      <w:tr w:rsidR="00141264">
        <w:tc>
          <w:tcPr>
            <w:tcW w:w="4320" w:type="dxa"/>
          </w:tcPr>
          <w:p w:rsidR="00141264" w:rsidRDefault="00FC05ED">
            <w:r>
              <w:t>Membership Type</w:t>
            </w:r>
          </w:p>
        </w:tc>
        <w:tc>
          <w:tcPr>
            <w:tcW w:w="4320" w:type="dxa"/>
          </w:tcPr>
          <w:p w:rsidR="00141264" w:rsidRDefault="00FC05ED">
            <w:r>
              <w:t>☐ Ordinary   ☐ Life   ☐ Honorary   ☐ Patron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Membership ID (Office use)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Date of Application</w:t>
            </w:r>
          </w:p>
        </w:tc>
        <w:tc>
          <w:tcPr>
            <w:tcW w:w="4320" w:type="dxa"/>
          </w:tcPr>
          <w:p w:rsidR="00141264" w:rsidRDefault="00FC05ED">
            <w:r>
              <w:t>____ / ____ / ______</w:t>
            </w:r>
          </w:p>
        </w:tc>
      </w:tr>
      <w:tr w:rsidR="00565655">
        <w:tc>
          <w:tcPr>
            <w:tcW w:w="4320" w:type="dxa"/>
          </w:tcPr>
          <w:p w:rsidR="00565655" w:rsidRDefault="00565655"/>
        </w:tc>
        <w:tc>
          <w:tcPr>
            <w:tcW w:w="4320" w:type="dxa"/>
          </w:tcPr>
          <w:p w:rsidR="00565655" w:rsidRDefault="00565655"/>
        </w:tc>
      </w:tr>
      <w:tr w:rsidR="00141264">
        <w:tc>
          <w:tcPr>
            <w:tcW w:w="4320" w:type="dxa"/>
          </w:tcPr>
          <w:p w:rsidR="00565655" w:rsidRDefault="00565655"/>
          <w:p w:rsidR="00565655" w:rsidRDefault="00565655"/>
          <w:p w:rsidR="00141264" w:rsidRDefault="00FC05ED">
            <w:r>
              <w:t>Proposed By (Member Name &amp; ID)</w:t>
            </w:r>
          </w:p>
        </w:tc>
        <w:tc>
          <w:tcPr>
            <w:tcW w:w="4320" w:type="dxa"/>
          </w:tcPr>
          <w:p w:rsidR="00565655" w:rsidRDefault="00565655"/>
          <w:p w:rsidR="00565655" w:rsidRDefault="00565655"/>
          <w:p w:rsidR="00141264" w:rsidRDefault="00FC05ED">
            <w:r>
              <w:t>______________________________________________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Seconded By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______________________________________________</w:t>
            </w:r>
          </w:p>
        </w:tc>
      </w:tr>
    </w:tbl>
    <w:p w:rsidR="00141264" w:rsidRDefault="00141264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41264">
        <w:tc>
          <w:tcPr>
            <w:tcW w:w="4320" w:type="dxa"/>
          </w:tcPr>
          <w:p w:rsidR="00141264" w:rsidRDefault="00FC05ED">
            <w:r>
              <w:t>3. Rights &amp; Duties Declaration</w:t>
            </w:r>
          </w:p>
        </w:tc>
        <w:tc>
          <w:tcPr>
            <w:tcW w:w="4320" w:type="dxa"/>
          </w:tcPr>
          <w:p w:rsidR="00141264" w:rsidRDefault="00141264"/>
        </w:tc>
      </w:tr>
      <w:tr w:rsidR="00141264">
        <w:tc>
          <w:tcPr>
            <w:tcW w:w="4320" w:type="dxa"/>
          </w:tcPr>
          <w:p w:rsidR="00141264" w:rsidRDefault="00FC05ED">
            <w:r>
              <w:t>Declaration</w:t>
            </w:r>
          </w:p>
        </w:tc>
        <w:tc>
          <w:tcPr>
            <w:tcW w:w="4320" w:type="dxa"/>
          </w:tcPr>
          <w:p w:rsidR="00141264" w:rsidRDefault="00FC05ED">
            <w:r>
              <w:t>I hereby agree to follow the rules &amp; regulations of the Association, attend meetings, participate in programs, and contribute to social welfare activities.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Applicant’s Signature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   Date: ____ / ____ / ______</w:t>
            </w:r>
          </w:p>
        </w:tc>
      </w:tr>
    </w:tbl>
    <w:p w:rsidR="00141264" w:rsidRDefault="00141264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41264">
        <w:tc>
          <w:tcPr>
            <w:tcW w:w="4320" w:type="dxa"/>
          </w:tcPr>
          <w:p w:rsidR="00141264" w:rsidRPr="00F26118" w:rsidRDefault="00FC05ED">
            <w:pPr>
              <w:rPr>
                <w:b/>
                <w:bCs/>
              </w:rPr>
            </w:pPr>
            <w:r w:rsidRPr="00F26118">
              <w:rPr>
                <w:b/>
                <w:bCs/>
              </w:rPr>
              <w:t>4. For Office Use Only</w:t>
            </w:r>
          </w:p>
        </w:tc>
        <w:tc>
          <w:tcPr>
            <w:tcW w:w="4320" w:type="dxa"/>
          </w:tcPr>
          <w:p w:rsidR="00141264" w:rsidRDefault="00141264"/>
        </w:tc>
      </w:tr>
      <w:tr w:rsidR="00141264">
        <w:tc>
          <w:tcPr>
            <w:tcW w:w="4320" w:type="dxa"/>
          </w:tcPr>
          <w:p w:rsidR="00141264" w:rsidRDefault="00FC05ED">
            <w:r>
              <w:t>Application Received On</w:t>
            </w:r>
          </w:p>
        </w:tc>
        <w:tc>
          <w:tcPr>
            <w:tcW w:w="4320" w:type="dxa"/>
          </w:tcPr>
          <w:p w:rsidR="00141264" w:rsidRDefault="00FC05ED">
            <w:r>
              <w:t>____ / ____ / 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Verified By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Membership Approved On</w:t>
            </w:r>
          </w:p>
        </w:tc>
        <w:tc>
          <w:tcPr>
            <w:tcW w:w="4320" w:type="dxa"/>
          </w:tcPr>
          <w:p w:rsidR="00141264" w:rsidRDefault="00FC05ED">
            <w:r>
              <w:t>____ / ____ / 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Membership Fee Paid</w:t>
            </w:r>
          </w:p>
        </w:tc>
        <w:tc>
          <w:tcPr>
            <w:tcW w:w="4320" w:type="dxa"/>
          </w:tcPr>
          <w:p w:rsidR="00141264" w:rsidRDefault="00FC05ED">
            <w:r>
              <w:t>Amount: _____________   Receipt No: _____________</w:t>
            </w:r>
          </w:p>
        </w:tc>
      </w:tr>
      <w:tr w:rsidR="00141264">
        <w:tc>
          <w:tcPr>
            <w:tcW w:w="4320" w:type="dxa"/>
          </w:tcPr>
          <w:p w:rsidR="00141264" w:rsidRDefault="00FC05ED">
            <w:r>
              <w:t>President / Secretary Signature</w:t>
            </w:r>
          </w:p>
        </w:tc>
        <w:tc>
          <w:tcPr>
            <w:tcW w:w="4320" w:type="dxa"/>
          </w:tcPr>
          <w:p w:rsidR="00141264" w:rsidRDefault="00FC05ED">
            <w:r>
              <w:t>____________________________</w:t>
            </w:r>
          </w:p>
        </w:tc>
      </w:tr>
    </w:tbl>
    <w:p w:rsidR="00141264" w:rsidRDefault="00141264"/>
    <w:sectPr w:rsidR="00141264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711" w:rsidRDefault="00F44711" w:rsidP="00565655">
      <w:pPr>
        <w:spacing w:after="0" w:line="240" w:lineRule="auto"/>
      </w:pPr>
      <w:r>
        <w:separator/>
      </w:r>
    </w:p>
  </w:endnote>
  <w:endnote w:type="continuationSeparator" w:id="0">
    <w:p w:rsidR="00F44711" w:rsidRDefault="00F44711" w:rsidP="00565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711" w:rsidRDefault="00F44711" w:rsidP="00565655">
      <w:pPr>
        <w:spacing w:after="0" w:line="240" w:lineRule="auto"/>
      </w:pPr>
      <w:r>
        <w:separator/>
      </w:r>
    </w:p>
  </w:footnote>
  <w:footnote w:type="continuationSeparator" w:id="0">
    <w:p w:rsidR="00F44711" w:rsidRDefault="00F44711" w:rsidP="005656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4A05" w:rsidRDefault="00BD4A0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5049520</wp:posOffset>
          </wp:positionH>
          <wp:positionV relativeFrom="paragraph">
            <wp:posOffset>581660</wp:posOffset>
          </wp:positionV>
          <wp:extent cx="1080135" cy="1038860"/>
          <wp:effectExtent l="0" t="0" r="5715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 Sample 5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1038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76D9"/>
    <w:rsid w:val="0006063C"/>
    <w:rsid w:val="00141264"/>
    <w:rsid w:val="0015074B"/>
    <w:rsid w:val="0029639D"/>
    <w:rsid w:val="00326F90"/>
    <w:rsid w:val="0037468B"/>
    <w:rsid w:val="00565655"/>
    <w:rsid w:val="00900FF1"/>
    <w:rsid w:val="00926AB7"/>
    <w:rsid w:val="00AA1D8D"/>
    <w:rsid w:val="00B47730"/>
    <w:rsid w:val="00BD4A05"/>
    <w:rsid w:val="00CB0664"/>
    <w:rsid w:val="00D74E61"/>
    <w:rsid w:val="00F2599B"/>
    <w:rsid w:val="00F26118"/>
    <w:rsid w:val="00F44711"/>
    <w:rsid w:val="00F910F4"/>
    <w:rsid w:val="00FC05E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B17CF1"/>
  <w14:defaultImageDpi w14:val="300"/>
  <w15:docId w15:val="{32F91055-5147-4DE8-B0FD-CB0901595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6565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565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565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7D22EE-56D8-4C2A-B887-B21CA7257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1436</Characters>
  <Application>Microsoft Office Word</Application>
  <DocSecurity>0</DocSecurity>
  <Lines>79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Shohel </cp:lastModifiedBy>
  <cp:revision>2</cp:revision>
  <dcterms:created xsi:type="dcterms:W3CDTF">2025-09-08T15:39:00Z</dcterms:created>
  <dcterms:modified xsi:type="dcterms:W3CDTF">2025-09-08T15:39:00Z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b341bfa8-b0f9-4d89-b979-8211f3b29289</vt:lpwstr>
  </property>
</Properties>
</file>